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נראות בדרכים בחושך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סוג הביגוד משפיע על המרחק שבו נהג רואה הולך 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דרכים לשיפור נראות בערב ובלילה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מודעות לבטיחות הולכי רגל בשעות החשיכה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פס מחזיר אור או אפוד זוהר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הנהג רואה אותו רק מקרוב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להחזיר את אור הפנסים ולהבליט את ההולך רגל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בגדים כהים נבלעים בחשכה ומקטינים את טווח הראייה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האפוד מחזיר אור ומבליט את ההולך רגל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בהירים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מחזיר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נראות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(הולך רגל כמעט ולא נראה בלילה)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(אפשר לראות ממרחק בינוני)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(נראות טובה ביותר בחושך)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(קל יותר לנהגים לראות הולכי רגל)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הולך רגל יוצא לרחוב בערב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הרכב מתקרב עם פנסים דולקים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האור מהפנסים פוגע בבגדי ההולך 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יש פס מחזיר אור - האור חוזר ומבליט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שאלת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 המלצה ללבוש בגדים בהירים או אפוד זוהר/פס מחזיר אור, והסבר שזה עוזר לנהגים לראות אותו מרחוק יותר ולעצור בזמן, במיוחד בערב ובלילה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בגדים בהירים מאפשרים לנהג לראות מרחוק יותר מבגדים כהים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הוא מחזיר את אור הפנסים ומבליט את ההולך רגל מרחוק רב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בחושך קשה יותר לנהגים להבחין בהולכי רגל, ולכן נראות טובה מצילה 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בכיתה עם פנס טלפון ובדים בצבעים שונים כדי להמחיש את ההבדל בנראות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לשוחח על חוויות אישיות של תלמידים שהלכו בערב והרגישו שלא רואים אותם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את הנושא לפעילות הקמפיין בדף הבא ולבקש מהתלמידים ליצור מסר בנושא נראות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נראות בדרכים בחושך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נלמד למה חשוב להיראות טוב לנהגים בדרך, במיוחד בערב ובלילה, ואיך בגדים ואביזרים שונים משפיעים על המרחק שבו רואים אותנו.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נראות  ·  מחזיר  ·  בהירים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סוג ביגוד עוזר לנהג לראות הולך רגל מהמרחק הגדול ביותר בלילה?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בגדים כהים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בגדים בהירים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פס מחזיר אור או אפוד זוהר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קורה כשהולך רגל לובש בגדים כהים בערב?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הנהג רואה אותו מרחוק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הנהג רואה אותו רק מקרוב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אין לזה שום השפעה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התפקיד העיקרי של פס מחזיר אור על בגד?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לחמם את הגוף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להחזיר את אור הפנסים ולהבליט את ההולך 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לייפות את הבגד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בגדים כהים עוזרים לנהג לראות הולך רגל מרחוק יותר טוב מבגדים בהירים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אפוד זוהר משפר את הנראות של הולך רגל בלילה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בגדים __________ עוזרים לנהג לראות הולך רגל ממרחק גדול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פס __________ אור מבליט את ההולך רגל בלילה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ה__________ של הולך רגל קובעת כמה רחוק הנהג רואה אותו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בגדים כהים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נראות טובה ביותר בחושך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בגדים בהירים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הולך רגל כמעט ולא נראה בלילה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אפוד זוהר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קל יותר לנהגים לראות הולכי רגל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רחוב מואר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אפשר לראות ממרחק בינוני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האור מהפנסים פוגע בבגדי ההולך רגל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יש פס מחזיר אור - האור חוזר ומבליט אותו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הרכב מתקרב עם פנסים דולקים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הולך רגל יוצא לרחוב בערב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שאלת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מה הייתם ממליצים לחבר שהולך כל ערב ברגל בלי שום דבר זוהר או מחזיר אור. הסבירו למה ההמלצה שלכם חשובה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בטווח הראייה בין בגדים כהים לבגדים בהירים?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תפקידו של פס מחזיר אור או אפוד זוהר?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נראות בדרכים בחושך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