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נראות בדרכים בחושך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סוג הביגוד משפיע על המרחק שבו נהג רואה הולך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לשיפור נראות בערב ובלילה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מודעות לבטיחות הולכי רגל בשעות החשיכה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פס מחזיר אור או אפוד זוהר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הנהג רואה אותו רק מקרוב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המרחק תלוי בתאורה, בפנסים ובמזג האוויר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להחזיר את אור הפנסים ולהבליט את ההולך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בערב ובלילה כשחשוך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בגדים כהים נבלעים בחשכה ומקטינים את טווח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האפוד מחזיר אור ומבליט את ההולך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גשם או ערפל מקטינים את טווח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פנסים חזקים או חלשים משנים את המרחק שבו רואים 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תאורת רחוב משפיעה מאוד על הנראות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להיבלע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(הולך רגל כמעט ולא נראה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(אפשר לראות ממרחק בינוני)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(נראות טובה ביותר בחושך)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(קל יותר לנהגים לראות 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(מקטינים את טווח הראייה של הנהג)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 רגל יוצא לרחוב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הרכב מתקרב עם פנסים דולקים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 מהפנסים פוגע בבגדי ההולך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פס מחזיר אור - האור חוזר ומבליט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הנהג רואה את ההולך רגל ממרחק גדול יותר ועוצר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המלצה ללבוש בגדים בהירים או אפוד זוהר/פס מחזיר אור, והסבר שזה עוזר לנהגים לראות אותו מרחוק יותר ולעצור בזמן, במיוחד בערב ובלילה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בגדים בהירים מאפשרים לנהג לראות מרחוק יותר מבגדים כהים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מחזיר את אור הפנסים ומבליט את ההולך רגל מרחוק רב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בחושך קשה יותר לנהגים להבחין בהולכי רגל, ולכן נראות טובה מצילה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פנס טלפון ובדים בצבעים שונים כדי להמחיש את ההבדל בנראות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חוויות אישיות של תלמידים שהלכו בערב והרגישו שלא רואים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הנושא לפעילות הקמפיין בדף הבא ולבקש מהתלמידים ליצור מסר בנושא נראות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נראות בדרכים בחושך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למה חשוב שנהגים יראו אותנו בלילה. לומדים אילו בגדים עוזרים לראות אותנו מרחוק.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נהג לראות הולך רגל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אפוד זוהר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בהיר עם חומר שמחזיר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 מחזיר 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שמחזירה את אור הפנסים בלילה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טווח ראייה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שבו נהג יכול להבחין בהולך 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בגדים כהים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בצבעים חשוכים כמו שחור וכחול כהה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בגדים בהירים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בצבעים בהירים כמו לבן וצהוב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פנסי 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האורות שברכב שעוזרים לנהג לראות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בכביש או במדרכה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בגד הכי טוב לראות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כהים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 מחזיר אור או אפוד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בין הסוגים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כשלובשים בגדים כהים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הנהג רואה אותו מרחוק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הנהג רואה אותו רק מקרוב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לזה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 רואה אותו באותו מרחק כמו בבגדים בהירים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המרחק הוא בערך ולא מספר מדויק?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תמיד בדיוק 20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המרחק תלוי בתאורה, בפנסים ובמזג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שום דרך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לא משנה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פס מחזיר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לחמם את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להחזיר את אור הפנסים ולהבליט את ההולך 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לייפות את הבגד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להגן מגשם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הכי חשוב להיראות טוב לנהגים?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בצהריים ביום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בערב ובלילה כשחשוך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הקיץ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 אף פעם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כהים עוזרים לנהג לראות הולך רגל מרחוק יותר טוב מבגדים בהירים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אפוד זוהר משפר את הנראות של הולך רגל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האוויר יכול להשפיע על המרחק שבו רואים הולך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פנסי הרכב לא משפיעים כלל על טווח הראייה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הבדל בין הליכה ברחוב מואר להליכה ברחוב חשוך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בגדים __________ עוזרים לנהג לראות הולך רגל ממרחק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פס __________ אור מבליט את ההולך רגל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 הולך רגל קובעת כמה רחוק הנהג רואה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בדף התרגול טווח הפנסים המוצג הוא __________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בגדים כהים גורמים להולך רגל __________ בתוך החשכה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בגדים כהים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נראות טובה ביותר בחושך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בגדים בהירים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 יותר לנהגים לראות 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לראות ממרחק בינוני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רחוב מואר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מקטינים את טווח הראייה של הנהג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ערפל או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הולך רגל כמעט ולא נראה בלילה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מתקרב עם פנסים דולקים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רואה את ההולך רגל ממרחק גדול יותר ועוצר בזמן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פס מחזיר אור - האור חוזר ומבליט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 מהפנסים פוגע בבגדי ההולך רגל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 רגל יוצא לרחוב בערב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מה הייתם ממליצים לחבר שהולך כל ערב ברגל בלי שום דבר זוהר או מחזיר אור. הסבירו למה ההמלצה שלכם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בטווח הראייה בין בגדים כהים לבגדים בהירים?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פס מחזיר אור או אפוד זוהר?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במיוחד להיראות טוב לנהגים בערב?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נראות בדרכים בחושך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